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325" w:rsidRDefault="00052325" w:rsidP="0042137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13220" cy="9627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962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25" w:rsidRDefault="00052325" w:rsidP="0042137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52325" w:rsidRDefault="00052325" w:rsidP="0042137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52325" w:rsidRDefault="00052325" w:rsidP="0042137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421371" w:rsidRPr="00373AEB" w:rsidRDefault="00421371" w:rsidP="00421371">
      <w:pPr>
        <w:autoSpaceDE w:val="0"/>
        <w:autoSpaceDN w:val="0"/>
        <w:spacing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421371" w:rsidRPr="00373AEB" w:rsidRDefault="00421371" w:rsidP="00421371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обучающихся 5 классов составлена на основе«Требований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421371" w:rsidRPr="00373AEB" w:rsidRDefault="00421371" w:rsidP="00421371">
      <w:pPr>
        <w:autoSpaceDE w:val="0"/>
        <w:autoSpaceDN w:val="0"/>
        <w:spacing w:before="264" w:after="0" w:line="262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(АНГЛИЙСКИЙ) ЯЗЫК »</w:t>
      </w:r>
    </w:p>
    <w:p w:rsidR="00421371" w:rsidRPr="00373AEB" w:rsidRDefault="00421371" w:rsidP="00421371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421371" w:rsidRPr="00373AEB" w:rsidRDefault="00421371" w:rsidP="00421371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421371" w:rsidRPr="00373AEB" w:rsidRDefault="00421371" w:rsidP="00421371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421371" w:rsidRPr="00373AEB" w:rsidRDefault="00421371" w:rsidP="00421371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421371" w:rsidRPr="00373AEB" w:rsidRDefault="00421371" w:rsidP="00421371">
      <w:pPr>
        <w:autoSpaceDE w:val="0"/>
        <w:autoSpaceDN w:val="0"/>
        <w:spacing w:before="262"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66" w:line="220" w:lineRule="exact"/>
        <w:rPr>
          <w:lang w:val="ru-RU"/>
        </w:rPr>
      </w:pPr>
    </w:p>
    <w:p w:rsidR="00421371" w:rsidRPr="00373AEB" w:rsidRDefault="00421371" w:rsidP="00421371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метапредметных/общеучебных/универсальных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421371" w:rsidRPr="00373AEB" w:rsidRDefault="00421371" w:rsidP="00421371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421371" w:rsidRPr="00373AEB" w:rsidRDefault="00421371" w:rsidP="00421371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421371" w:rsidRPr="00373AEB" w:rsidRDefault="00421371" w:rsidP="00421371">
      <w:pPr>
        <w:autoSpaceDE w:val="0"/>
        <w:autoSpaceDN w:val="0"/>
        <w:spacing w:before="264" w:after="0" w:line="262" w:lineRule="auto"/>
        <w:ind w:right="4176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ПЛАНЕ«ИНОСТРАННЫЙ (АНГЛИЙСКИЙ) ЯЗЫК»</w:t>
      </w:r>
    </w:p>
    <w:p w:rsidR="00421371" w:rsidRPr="00373AEB" w:rsidRDefault="00421371" w:rsidP="00421371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autoSpaceDE w:val="0"/>
        <w:autoSpaceDN w:val="0"/>
        <w:spacing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421371" w:rsidRPr="00373AEB" w:rsidRDefault="00421371" w:rsidP="00421371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421371" w:rsidRPr="00373AEB" w:rsidRDefault="00421371" w:rsidP="004213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аудирования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421371" w:rsidRPr="00373AEB" w:rsidRDefault="00421371" w:rsidP="00421371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Время звучания текста/текстов для аудирования — до 1 минуты.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Чтение несплошных текстов (таблиц) и понимание представленной в них информации.</w:t>
      </w:r>
    </w:p>
    <w:p w:rsidR="00421371" w:rsidRPr="00373AEB" w:rsidRDefault="00421371" w:rsidP="00421371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421371" w:rsidRPr="00373AEB" w:rsidRDefault="00421371" w:rsidP="0042137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421371" w:rsidRPr="00373AEB" w:rsidRDefault="00421371" w:rsidP="00421371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sion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cussion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ful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ian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r>
        <w:rPr>
          <w:rFonts w:ascii="Times New Roman" w:eastAsia="Times New Roman" w:hAnsi="Times New Roman"/>
          <w:color w:val="000000"/>
          <w:sz w:val="24"/>
        </w:rPr>
        <w:t>ly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66" w:line="220" w:lineRule="exact"/>
        <w:rPr>
          <w:lang w:val="ru-RU"/>
        </w:rPr>
      </w:pPr>
    </w:p>
    <w:p w:rsidR="00421371" w:rsidRPr="00373AEB" w:rsidRDefault="00421371" w:rsidP="00421371">
      <w:pPr>
        <w:autoSpaceDE w:val="0"/>
        <w:autoSpaceDN w:val="0"/>
        <w:spacing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421371" w:rsidRPr="00373AEB" w:rsidRDefault="00421371" w:rsidP="0042137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421371" w:rsidRPr="00373AEB" w:rsidRDefault="00421371" w:rsidP="00421371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421371" w:rsidRPr="00373AEB" w:rsidRDefault="00421371" w:rsidP="00421371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421371" w:rsidRPr="00373AEB" w:rsidRDefault="00421371" w:rsidP="00421371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языковой, в том числе контекстуальной, догадки.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autoSpaceDE w:val="0"/>
        <w:autoSpaceDN w:val="0"/>
        <w:spacing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21371" w:rsidRPr="00373AEB" w:rsidRDefault="00421371" w:rsidP="00421371">
      <w:pPr>
        <w:autoSpaceDE w:val="0"/>
        <w:autoSpaceDN w:val="0"/>
        <w:spacing w:before="262"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21371" w:rsidRPr="00373AEB" w:rsidRDefault="00421371" w:rsidP="00421371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66" w:line="220" w:lineRule="exact"/>
        <w:rPr>
          <w:lang w:val="ru-RU"/>
        </w:rPr>
      </w:pPr>
    </w:p>
    <w:p w:rsidR="00421371" w:rsidRPr="00373AEB" w:rsidRDefault="00421371" w:rsidP="00421371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обучающегосяк изменяющимся условиям социальной и природной среды, включают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деятельности, а также в рамках социального взаимодействия с людьми из другой культурной среды;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421371" w:rsidRPr="00373AEB" w:rsidRDefault="00421371" w:rsidP="00421371">
      <w:pPr>
        <w:autoSpaceDE w:val="0"/>
        <w:autoSpaceDN w:val="0"/>
        <w:spacing w:before="264"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программы основного общего образования, в том числе адаптированной, должны отражать: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86" w:right="654" w:bottom="296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90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310" w:right="822" w:bottom="356" w:left="666" w:header="720" w:footer="720" w:gutter="0"/>
          <w:cols w:space="720" w:equalWidth="0">
            <w:col w:w="10412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с исходной задачей и вклад каждого члена команды в достижение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88" w:bottom="36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78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421371" w:rsidRPr="00373AEB" w:rsidRDefault="00421371" w:rsidP="00421371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21371" w:rsidRPr="00373AEB" w:rsidRDefault="00421371" w:rsidP="00421371">
      <w:pPr>
        <w:autoSpaceDE w:val="0"/>
        <w:autoSpaceDN w:val="0"/>
        <w:spacing w:before="262"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21371" w:rsidRPr="00373AEB" w:rsidRDefault="00421371" w:rsidP="00421371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проектной работы (объём — до 6 фраз);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аудирование: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смысловоечтение: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несплошные тексты (таблицы) и понимать представленную в них информацию;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421371" w:rsidRPr="00373AEB" w:rsidRDefault="00421371" w:rsidP="00421371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отсутствия фразового ударения на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98" w:right="676" w:bottom="332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66" w:line="220" w:lineRule="exact"/>
        <w:rPr>
          <w:lang w:val="ru-RU"/>
        </w:rPr>
      </w:pP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навыками: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sion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ful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ian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r>
        <w:rPr>
          <w:rFonts w:ascii="Times New Roman" w:eastAsia="Times New Roman" w:hAnsi="Times New Roman"/>
          <w:color w:val="000000"/>
          <w:sz w:val="24"/>
        </w:rPr>
        <w:t>ly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373AEB">
        <w:rPr>
          <w:lang w:val="ru-RU"/>
        </w:rPr>
        <w:br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видо-временных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373AEB">
        <w:rPr>
          <w:lang w:val="ru-RU"/>
        </w:rPr>
        <w:br/>
      </w: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421371" w:rsidRPr="00373AEB" w:rsidRDefault="00421371" w:rsidP="0042137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373AE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компенсаторными умениями: использовать при чтении и аудировании языковую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86" w:right="728" w:bottom="36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421371" w:rsidRPr="00373AEB" w:rsidRDefault="00421371" w:rsidP="00421371">
      <w:pPr>
        <w:autoSpaceDE w:val="0"/>
        <w:autoSpaceDN w:val="0"/>
        <w:spacing w:after="66" w:line="220" w:lineRule="exact"/>
        <w:rPr>
          <w:lang w:val="ru-RU"/>
        </w:rPr>
      </w:pPr>
    </w:p>
    <w:p w:rsidR="00421371" w:rsidRPr="00373AEB" w:rsidRDefault="00421371" w:rsidP="00421371">
      <w:pPr>
        <w:autoSpaceDE w:val="0"/>
        <w:autoSpaceDN w:val="0"/>
        <w:spacing w:after="0" w:line="271" w:lineRule="auto"/>
        <w:rPr>
          <w:lang w:val="ru-RU"/>
        </w:rPr>
      </w:pP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421371" w:rsidRPr="00373AEB" w:rsidRDefault="00421371" w:rsidP="00421371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373AEB">
        <w:rPr>
          <w:lang w:val="ru-RU"/>
        </w:rPr>
        <w:tab/>
      </w:r>
      <w:r w:rsidRPr="00373AEB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421371" w:rsidRPr="00373AEB" w:rsidRDefault="00421371" w:rsidP="00421371">
      <w:pPr>
        <w:rPr>
          <w:lang w:val="ru-RU"/>
        </w:rPr>
        <w:sectPr w:rsidR="00421371" w:rsidRPr="00373AEB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421371" w:rsidRPr="0004564C" w:rsidRDefault="00421371" w:rsidP="00421371">
      <w:pPr>
        <w:autoSpaceDE w:val="0"/>
        <w:autoSpaceDN w:val="0"/>
        <w:spacing w:after="64" w:line="220" w:lineRule="exact"/>
        <w:rPr>
          <w:lang w:val="ru-RU"/>
        </w:rPr>
      </w:pPr>
    </w:p>
    <w:p w:rsidR="00421371" w:rsidRDefault="00421371" w:rsidP="0042137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13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282"/>
        <w:gridCol w:w="4263"/>
        <w:gridCol w:w="388"/>
        <w:gridCol w:w="811"/>
        <w:gridCol w:w="839"/>
        <w:gridCol w:w="635"/>
        <w:gridCol w:w="1005"/>
        <w:gridCol w:w="1245"/>
        <w:gridCol w:w="1924"/>
      </w:tblGrid>
      <w:tr w:rsidR="00421371" w:rsidTr="00142017">
        <w:trPr>
          <w:trHeight w:hRule="exact" w:val="341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421371" w:rsidTr="00142017">
        <w:trPr>
          <w:trHeight w:hRule="exact" w:val="530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4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</w:tr>
      <w:tr w:rsidR="00421371" w:rsidTr="00142017">
        <w:trPr>
          <w:trHeight w:hRule="exact" w:val="90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Аудирование; аудирование; диалогическая речь;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опрос;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https://interneturok.ru/subject/english</w:t>
            </w:r>
          </w:p>
        </w:tc>
      </w:tr>
      <w:tr w:rsidR="00421371" w:rsidTr="00142017">
        <w:trPr>
          <w:trHeight w:hRule="exact" w:val="109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05.09.2022 06.09.2022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чтение.;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листа»;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RPr="00052325" w:rsidTr="00142017">
        <w:trPr>
          <w:trHeight w:hRule="exact" w:val="718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09.09.2022 12.09.2022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сторона речи;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вопрос;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письменный опрс;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englishforkids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shtml</w:t>
            </w:r>
          </w:p>
        </w:tc>
      </w:tr>
      <w:tr w:rsidR="00421371" w:rsidTr="00142017">
        <w:trPr>
          <w:trHeight w:hRule="exact" w:val="530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88" w:after="0" w:line="233" w:lineRule="auto"/>
              <w:ind w:left="72"/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 питание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15.09.2022 16.09.2022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Tr="00142017">
        <w:trPr>
          <w:trHeight w:hRule="exact" w:val="1286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19.09.2022 20.09.2022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письменная речь; мысловое чтение; диалогическая и монологическая речь.;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опрс; 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" Оценочный лист".;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Tr="00142017">
        <w:trPr>
          <w:trHeight w:hRule="exact" w:val="184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88" w:after="0" w:line="254" w:lineRule="auto"/>
              <w:ind w:left="72" w:right="864"/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 с зарубежными сверстниками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26.09.2022 27.09.2022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моногологическая 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опрос; тестирование;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зачет;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Tr="00142017">
        <w:trPr>
          <w:trHeight w:hRule="exact" w:val="1643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88" w:after="0" w:line="233" w:lineRule="auto"/>
              <w:ind w:left="72"/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 отдыха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осмысленное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письсенная речь.;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</w:tbl>
    <w:p w:rsidR="00421371" w:rsidRDefault="00421371" w:rsidP="00421371">
      <w:pPr>
        <w:sectPr w:rsidR="00421371" w:rsidSect="00373AEB">
          <w:pgSz w:w="11900" w:h="16840"/>
          <w:pgMar w:top="640" w:right="880" w:bottom="666" w:left="282" w:header="720" w:footer="720" w:gutter="0"/>
          <w:cols w:space="720" w:equalWidth="0">
            <w:col w:w="15294" w:space="0"/>
          </w:cols>
          <w:docGrid w:linePitch="360"/>
        </w:sectPr>
      </w:pPr>
    </w:p>
    <w:p w:rsidR="00421371" w:rsidRPr="00CB6803" w:rsidRDefault="00421371" w:rsidP="00421371">
      <w:pPr>
        <w:rPr>
          <w:b/>
          <w:bCs/>
          <w:lang w:val="ru-RU"/>
        </w:rPr>
      </w:pPr>
      <w:r w:rsidRPr="00CB6803">
        <w:rPr>
          <w:b/>
          <w:bCs/>
          <w:lang w:val="ru-RU"/>
        </w:rPr>
        <w:lastRenderedPageBreak/>
        <w:t>МЕТОДИЧЕСКИЕ МАТЕРИАЛЫ ДЛЯ УЧИТЕЛЯ</w:t>
      </w:r>
    </w:p>
    <w:tbl>
      <w:tblPr>
        <w:tblW w:w="1112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275"/>
        <w:gridCol w:w="4162"/>
        <w:gridCol w:w="378"/>
        <w:gridCol w:w="791"/>
        <w:gridCol w:w="819"/>
        <w:gridCol w:w="619"/>
        <w:gridCol w:w="981"/>
        <w:gridCol w:w="1215"/>
        <w:gridCol w:w="1881"/>
      </w:tblGrid>
      <w:tr w:rsidR="00421371" w:rsidTr="00142017">
        <w:trPr>
          <w:trHeight w:hRule="exact" w:val="1358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88" w:after="0" w:line="233" w:lineRule="auto"/>
              <w:ind w:left="72"/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24.10.2022 25.10.2022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устная 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диалогическая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аудированиие.;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Tr="00142017">
        <w:trPr>
          <w:trHeight w:hRule="exact" w:val="502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11.01.2023 12.01.2023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Фонетическая сторона речи;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аудирование.;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Tr="00142017">
        <w:trPr>
          <w:trHeight w:hRule="exact" w:val="679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86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B6803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08.02.2023 09.02.2023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аудитрование 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http://www.homeenglish.ru/</w:t>
            </w:r>
          </w:p>
        </w:tc>
      </w:tr>
      <w:tr w:rsidR="00421371" w:rsidRPr="00052325" w:rsidTr="00142017">
        <w:trPr>
          <w:trHeight w:hRule="exact" w:val="1036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15.05.2023 17.05.2023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сторона речи.;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письменный опрос; аудирование;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abc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english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grammar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421371" w:rsidTr="00142017">
        <w:trPr>
          <w:trHeight w:hRule="exact" w:val="304"/>
        </w:trPr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B6803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B6803" w:rsidRDefault="00421371" w:rsidP="0014201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35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  <w:p w:rsidR="00421371" w:rsidRDefault="00421371" w:rsidP="00142017"/>
          <w:p w:rsidR="00421371" w:rsidRDefault="00421371" w:rsidP="00142017"/>
          <w:p w:rsidR="00421371" w:rsidRDefault="00421371" w:rsidP="00142017"/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 w:rsidSect="00373AEB">
          <w:pgSz w:w="11900" w:h="16840"/>
          <w:pgMar w:top="640" w:right="1440" w:bottom="666" w:left="284" w:header="720" w:footer="720" w:gutter="0"/>
          <w:cols w:space="720" w:equalWidth="0">
            <w:col w:w="1473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78" w:line="220" w:lineRule="exact"/>
      </w:pPr>
    </w:p>
    <w:p w:rsidR="00421371" w:rsidRDefault="00421371" w:rsidP="0042137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Tr="0014201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421371" w:rsidTr="0014201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71" w:rsidRDefault="00421371" w:rsidP="00142017"/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>Семья. Притяжательный падеж 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>Семья. Количественные числительные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100" w:after="0" w:line="262" w:lineRule="auto"/>
              <w:ind w:left="72" w:right="288"/>
            </w:pP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>В</w:t>
            </w: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>классе</w:t>
            </w: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>Оборот</w:t>
            </w:r>
            <w:r w:rsidRPr="00373A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There is/ There are.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</w:rPr>
              <w:t>В классе. Предлоги места.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1371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Город мой мечты. Работа с текстом.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Описание города своей мечты. Местоимения </w:t>
            </w:r>
            <w:r w:rsidRPr="00373AEB">
              <w:rPr>
                <w:rFonts w:ascii="Times New Roman" w:eastAsia="Times New Roman" w:hAnsi="Times New Roman"/>
                <w:color w:val="000000"/>
                <w:sz w:val="24"/>
              </w:rPr>
              <w:t>a</w:t>
            </w: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</w:t>
            </w:r>
            <w:r w:rsidRPr="00373AEB">
              <w:rPr>
                <w:rFonts w:ascii="Times New Roman" w:eastAsia="Times New Roman" w:hAnsi="Times New Roman"/>
                <w:color w:val="000000"/>
                <w:sz w:val="24"/>
              </w:rPr>
              <w:t>any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Устный опрос; осмысленное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чтение;</w:t>
            </w:r>
          </w:p>
        </w:tc>
      </w:tr>
      <w:tr w:rsidR="00421371" w:rsidTr="00142017">
        <w:trPr>
          <w:trHeight w:hRule="exact" w:val="12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Место где я живу.  Описание дост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опримечательностей своего села.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8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Подготовка к проектной работе «Мое родное село»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421371" w:rsidTr="00142017">
        <w:trPr>
          <w:trHeight w:hRule="exact" w:val="10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Уборка в комнате .Работа с текстом.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21371" w:rsidTr="00142017">
        <w:trPr>
          <w:trHeight w:hRule="exact" w:val="11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Географическое положение Мальты и Новой Зеландии.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«Мой мир»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1371" w:rsidTr="00142017">
        <w:trPr>
          <w:trHeight w:hRule="exact" w:val="11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Школьные предметы. Время (часы, минуты).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7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Школьные предметы.Сравнение расписания английских и российских школьников.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9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Tr="00142017">
        <w:trPr>
          <w:trHeight w:hRule="exact" w:val="18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373AEB" w:rsidRDefault="00421371" w:rsidP="00142017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Подготовка к проектной работе «Мой обычный день в школе»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12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73A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Предметы повседневного обихода. Оборот have got, местоимения some/any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22FFB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Предметы повседневного обихода. Диалогическая речь.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22FFB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Здоровое питание. Работа с диалогами.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17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22FFB" w:rsidRDefault="00421371" w:rsidP="00142017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Здоровое питание. Диалогическая речь. Исчисляемые и неисчисляемые существительные.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C22F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Школы в Англии. Аудирование и ответы на вопросы.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и устный опрос.;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закрепление изученного материала..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22FFB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1371" w:rsidRPr="00052325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Учеба и досуг . Введение лексики.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вопрос; устный вопрос; аудирование;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Мои ежедневные дела.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Настоящее простое время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Наречия частотности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Наречия частотности Закрепление навыков 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Введение лексики .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употребляемой в классе.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Игра " Пожалуйста!"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Мое путешествие в школу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Мое путешествие в  школу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Лучший друг. Чтение.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RPr="00052325" w:rsidTr="0014201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Обобщающий урок .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и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применение пройденного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аудирование; устный опрос; письменный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опрос.;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по дому . Введениие лексики.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аудирование;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осмысленное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Настоящее продолженное время?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Выражени  частотности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 выражений частотности в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Спасем мир. Введение лексики.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4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времен: настоящее простое и продленное.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по дому.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грамматических навыков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по дому.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ГринПисс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Осмысленное чтение;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закрепление изученного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Прилагательное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описывающие харрактер человека.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Сравнительная степень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превосходной  степени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Самооценка с использоанием "иОценочный лист";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Мини -сочинение " Семья моего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Кто  быстрее сравниваем животных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Закрепление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 или деревня,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Проводим сравнение.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Вымирающее виды животных в России.</w:t>
            </w:r>
          </w:p>
          <w:p w:rsidR="00421371" w:rsidRDefault="00421371" w:rsidP="00142017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 диктант;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 "Цветы нации".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.Повторение пройденного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22FFB" w:rsidRDefault="00421371" w:rsidP="00142017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поведения  в школе . Модальный глагол " требуется".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Школьные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правила.Закрепление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навыков употребления в речи  модального 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Устный опрос; словарный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421371" w:rsidTr="0014201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в спорте.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Модальный глагол  " могу"..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в спортивных играх.Закрепление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навыков.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дорожного движения. Глагол " должен".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Закрепление мглагола "Должен".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. Закрепление грамматического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Школьные правила в школах Шотландии и России.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Английский десерт. Чтение.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Осмысленное чтение.;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 " Здоровье и безопасность".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пройденного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C22FFB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Знаменитые люди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прошлого. Глагол "быть " в Прошедшем Простом.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Разговор о прошлом.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2" w:after="0" w:line="262" w:lineRule="auto"/>
              <w:ind w:left="72" w:right="43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 "быть " в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Прошедшем Простом.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 в речи правельных глаголов.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 профессора Мориарти.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я делал вчера?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 поездка.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Осмысленное чтение;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аудирование.;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84" w:right="650" w:bottom="7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RPr="00052325" w:rsidTr="00142017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Король Артур. Чтение.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аудирование;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поисковое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чтение.;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ответы на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вопросы.;</w:t>
            </w:r>
          </w:p>
        </w:tc>
      </w:tr>
      <w:tr w:rsidR="00421371" w:rsidTr="0014201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Защита проекта " ИКТ",,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закрепление пройденного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 техники чтения.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Прошедшее простое время. Фразовые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я делал сегодня. ?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Закрепление Прошедшего Простого времени.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Отдых . Введение и закрепление лексики.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опрос.;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Специальные вопросы в простом прошедшем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Гулливер в Лиллипутии. Описанне событий..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RPr="00052325" w:rsidTr="0014201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Приключения Гулливера.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Поисковое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чтение;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ответы на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поставленные вопросы.;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автобиография.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Письмо. Мини -сочинение " Моя автобиография".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повторение пройденного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Планы на каникулы. Употребление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"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собираюсь".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Шоу твлантов.</w:t>
            </w:r>
          </w:p>
          <w:p w:rsidR="00421371" w:rsidRDefault="00421371" w:rsidP="00142017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Предсказание будущего.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Предсказываем свое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будущее. Употребление " буду".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RPr="00052325" w:rsidTr="0014201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Давай покатаемся!</w:t>
            </w:r>
          </w:p>
          <w:p w:rsidR="00421371" w:rsidRPr="0004564C" w:rsidRDefault="00421371" w:rsidP="00142017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Let</w:t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</w:t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want</w:t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Тренинг в употреблении в речи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Let</w:t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</w:t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want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1371" w:rsidRPr="00052325" w:rsidTr="0014201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Путешествие на Лох Несс.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поисковое </w:t>
            </w:r>
            <w:r w:rsidRPr="0004564C">
              <w:rPr>
                <w:lang w:val="ru-RU"/>
              </w:rPr>
              <w:br/>
            </w: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чтение. Ответы на вопросы.;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Канады. Чтение.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Осмысленное чтение.;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пройденного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21371" w:rsidTr="0014201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пройденного материала пройденного за год.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Говорение . Зачет.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421371" w:rsidTr="0014201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Аудирование" Зачет".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421371" w:rsidTr="0014201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Игра "Заканчиваем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книгу".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1371" w:rsidTr="00142017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456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Pr="0004564C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1371" w:rsidRDefault="00421371" w:rsidP="001420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</w:t>
            </w:r>
          </w:p>
        </w:tc>
      </w:tr>
    </w:tbl>
    <w:p w:rsidR="00421371" w:rsidRDefault="00421371" w:rsidP="00421371">
      <w:pPr>
        <w:autoSpaceDE w:val="0"/>
        <w:autoSpaceDN w:val="0"/>
        <w:spacing w:after="0" w:line="14" w:lineRule="exact"/>
      </w:pPr>
    </w:p>
    <w:p w:rsidR="00421371" w:rsidRDefault="00421371" w:rsidP="00421371">
      <w:pPr>
        <w:sectPr w:rsidR="00421371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sectPr w:rsidR="00421371">
          <w:pgSz w:w="11900" w:h="16840"/>
          <w:pgMar w:top="1440" w:right="1440" w:bottom="1440" w:left="1440" w:header="720" w:footer="720" w:gutter="0"/>
          <w:cols w:space="720" w:equalWidth="0">
            <w:col w:w="10584" w:space="0"/>
          </w:cols>
          <w:docGrid w:linePitch="360"/>
        </w:sectPr>
      </w:pPr>
    </w:p>
    <w:p w:rsidR="00421371" w:rsidRDefault="00421371" w:rsidP="00421371">
      <w:pPr>
        <w:autoSpaceDE w:val="0"/>
        <w:autoSpaceDN w:val="0"/>
        <w:spacing w:after="78" w:line="220" w:lineRule="exact"/>
      </w:pPr>
    </w:p>
    <w:p w:rsidR="00421371" w:rsidRPr="00373AEB" w:rsidRDefault="00421371" w:rsidP="00421371">
      <w:pPr>
        <w:autoSpaceDE w:val="0"/>
        <w:autoSpaceDN w:val="0"/>
        <w:spacing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421371" w:rsidRPr="00373AEB" w:rsidRDefault="00421371" w:rsidP="00421371">
      <w:pPr>
        <w:autoSpaceDE w:val="0"/>
        <w:autoSpaceDN w:val="0"/>
        <w:spacing w:before="346" w:after="0" w:line="230" w:lineRule="auto"/>
        <w:rPr>
          <w:lang w:val="ru-RU"/>
        </w:rPr>
      </w:pPr>
      <w:r w:rsidRPr="00373AE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21371" w:rsidRPr="0004564C" w:rsidRDefault="00421371" w:rsidP="00421371">
      <w:pPr>
        <w:autoSpaceDE w:val="0"/>
        <w:autoSpaceDN w:val="0"/>
        <w:spacing w:before="166" w:after="0" w:line="262" w:lineRule="auto"/>
        <w:ind w:right="864"/>
        <w:rPr>
          <w:lang w:val="ru-RU"/>
        </w:rPr>
      </w:pP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учебник Комаровой Ю.А. , рабочая тетрадь на печатной основе, словарь, аудиоприложение к учебнику.</w:t>
      </w:r>
    </w:p>
    <w:p w:rsidR="00421371" w:rsidRDefault="00421371" w:rsidP="00421371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4564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21371" w:rsidRPr="00F57613" w:rsidRDefault="00421371" w:rsidP="0042137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lang w:val="ru-RU"/>
        </w:rPr>
      </w:pPr>
      <w:r w:rsidRPr="00421371">
        <w:rPr>
          <w:rFonts w:ascii="Times New Roman" w:hAnsi="Times New Roman" w:cs="Times New Roman"/>
          <w:sz w:val="24"/>
        </w:rPr>
        <w:t>skyteach</w:t>
      </w:r>
      <w:r w:rsidRPr="00F57613">
        <w:rPr>
          <w:rFonts w:ascii="Times New Roman" w:hAnsi="Times New Roman" w:cs="Times New Roman"/>
          <w:sz w:val="24"/>
          <w:lang w:val="ru-RU"/>
        </w:rPr>
        <w:t>.</w:t>
      </w:r>
      <w:r w:rsidRPr="00421371">
        <w:rPr>
          <w:rFonts w:ascii="Times New Roman" w:hAnsi="Times New Roman" w:cs="Times New Roman"/>
          <w:sz w:val="24"/>
        </w:rPr>
        <w:t>ru</w:t>
      </w:r>
    </w:p>
    <w:p w:rsidR="00421371" w:rsidRPr="00F57613" w:rsidRDefault="00421371" w:rsidP="0042137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lang w:val="ru-RU"/>
        </w:rPr>
      </w:pPr>
      <w:r w:rsidRPr="00421371">
        <w:rPr>
          <w:rFonts w:ascii="Times New Roman" w:hAnsi="Times New Roman" w:cs="Times New Roman"/>
          <w:sz w:val="24"/>
        </w:rPr>
        <w:t>yaklass</w:t>
      </w:r>
      <w:r w:rsidRPr="00F57613">
        <w:rPr>
          <w:rFonts w:ascii="Times New Roman" w:hAnsi="Times New Roman" w:cs="Times New Roman"/>
          <w:sz w:val="24"/>
          <w:lang w:val="ru-RU"/>
        </w:rPr>
        <w:t>.</w:t>
      </w:r>
      <w:r w:rsidRPr="00421371">
        <w:rPr>
          <w:rFonts w:ascii="Times New Roman" w:hAnsi="Times New Roman" w:cs="Times New Roman"/>
          <w:sz w:val="24"/>
        </w:rPr>
        <w:t>ru</w:t>
      </w:r>
    </w:p>
    <w:p w:rsidR="00421371" w:rsidRPr="0004564C" w:rsidRDefault="00421371" w:rsidP="00421371">
      <w:pPr>
        <w:autoSpaceDE w:val="0"/>
        <w:autoSpaceDN w:val="0"/>
        <w:spacing w:before="264" w:after="0" w:line="230" w:lineRule="auto"/>
        <w:rPr>
          <w:lang w:val="ru-RU"/>
        </w:rPr>
      </w:pPr>
      <w:r w:rsidRPr="0004564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21371" w:rsidRPr="0004564C" w:rsidRDefault="00421371" w:rsidP="00421371">
      <w:pPr>
        <w:autoSpaceDE w:val="0"/>
        <w:autoSpaceDN w:val="0"/>
        <w:spacing w:before="168" w:after="0" w:line="271" w:lineRule="auto"/>
        <w:ind w:right="691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interneturok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english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4564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manythings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4564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schoolenglish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21371" w:rsidRDefault="00421371" w:rsidP="00421371">
      <w:pPr>
        <w:rPr>
          <w:lang w:val="ru-RU"/>
        </w:rPr>
      </w:pPr>
    </w:p>
    <w:p w:rsidR="00421371" w:rsidRDefault="00421371" w:rsidP="00421371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4564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21371" w:rsidRPr="0004564C" w:rsidRDefault="00421371" w:rsidP="00421371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аудио колонки, учебники, словари </w:t>
      </w:r>
    </w:p>
    <w:p w:rsidR="00421371" w:rsidRDefault="00421371" w:rsidP="00421371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456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</w:p>
    <w:p w:rsidR="00421371" w:rsidRPr="0004564C" w:rsidRDefault="00421371" w:rsidP="00421371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04564C">
        <w:rPr>
          <w:rFonts w:ascii="Times New Roman" w:eastAsia="Times New Roman" w:hAnsi="Times New Roman"/>
          <w:color w:val="000000"/>
          <w:sz w:val="24"/>
          <w:lang w:val="ru-RU"/>
        </w:rPr>
        <w:t>Словари, учебные карточки, тетради на печатной основе. Аудио приложение к учебнику.</w:t>
      </w:r>
      <w:r w:rsidRPr="0004564C">
        <w:rPr>
          <w:lang w:val="ru-RU"/>
        </w:rPr>
        <w:br/>
      </w:r>
      <w:r w:rsidRPr="0004564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421371" w:rsidRDefault="00421371" w:rsidP="00421371">
      <w:pPr>
        <w:rPr>
          <w:lang w:val="ru-RU"/>
        </w:rPr>
      </w:pPr>
    </w:p>
    <w:p w:rsidR="00B67C5B" w:rsidRPr="00421371" w:rsidRDefault="00421371" w:rsidP="00421371">
      <w:pPr>
        <w:rPr>
          <w:lang w:val="ru-RU"/>
        </w:rPr>
      </w:pPr>
      <w:r>
        <w:rPr>
          <w:lang w:val="ru-RU"/>
        </w:rPr>
        <w:t>Раздаточный материал,  словари, компьютер, аудио колонки</w:t>
      </w:r>
    </w:p>
    <w:sectPr w:rsidR="00B67C5B" w:rsidRPr="0042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41D" w:rsidRDefault="0042341D" w:rsidP="00421371">
      <w:pPr>
        <w:spacing w:after="0" w:line="240" w:lineRule="auto"/>
      </w:pPr>
      <w:r>
        <w:separator/>
      </w:r>
    </w:p>
  </w:endnote>
  <w:endnote w:type="continuationSeparator" w:id="0">
    <w:p w:rsidR="0042341D" w:rsidRDefault="0042341D" w:rsidP="0042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41D" w:rsidRDefault="0042341D" w:rsidP="00421371">
      <w:pPr>
        <w:spacing w:after="0" w:line="240" w:lineRule="auto"/>
      </w:pPr>
      <w:r>
        <w:separator/>
      </w:r>
    </w:p>
  </w:footnote>
  <w:footnote w:type="continuationSeparator" w:id="0">
    <w:p w:rsidR="0042341D" w:rsidRDefault="0042341D" w:rsidP="00421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71"/>
    <w:rsid w:val="00052325"/>
    <w:rsid w:val="00421371"/>
    <w:rsid w:val="0042341D"/>
    <w:rsid w:val="006642E9"/>
    <w:rsid w:val="008575B9"/>
    <w:rsid w:val="00906C72"/>
    <w:rsid w:val="00AA24BE"/>
    <w:rsid w:val="00B67C5B"/>
    <w:rsid w:val="00F5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657A7-13D4-4146-8573-01ECD64C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21371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421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2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4213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213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213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213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213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2137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2137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2137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4213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42137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42137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421371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421371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42137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421371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4213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4213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421371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4213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421371"/>
    <w:rPr>
      <w:rFonts w:eastAsiaTheme="minorEastAsia"/>
      <w:lang w:val="en-US"/>
    </w:rPr>
  </w:style>
  <w:style w:type="paragraph" w:styleId="a9">
    <w:name w:val="No Spacing"/>
    <w:uiPriority w:val="1"/>
    <w:qFormat/>
    <w:rsid w:val="00421371"/>
    <w:pPr>
      <w:spacing w:after="0"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42137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42137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42137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42137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34"/>
    <w:qFormat/>
    <w:rsid w:val="00421371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421371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421371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421371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421371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42137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421371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421371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421371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421371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421371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421371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421371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421371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421371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421371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421371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421371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421371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42137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421371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421371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421371"/>
    <w:rPr>
      <w:rFonts w:eastAsiaTheme="minorEastAsia"/>
      <w:i/>
      <w:iCs/>
      <w:color w:val="000000" w:themeColor="text1"/>
      <w:lang w:val="en-US"/>
    </w:rPr>
  </w:style>
  <w:style w:type="paragraph" w:styleId="af5">
    <w:name w:val="caption"/>
    <w:basedOn w:val="a1"/>
    <w:next w:val="a1"/>
    <w:uiPriority w:val="35"/>
    <w:semiHidden/>
    <w:unhideWhenUsed/>
    <w:qFormat/>
    <w:rsid w:val="00421371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f6">
    <w:name w:val="Strong"/>
    <w:basedOn w:val="a2"/>
    <w:uiPriority w:val="22"/>
    <w:qFormat/>
    <w:rsid w:val="00421371"/>
    <w:rPr>
      <w:b/>
      <w:bCs/>
    </w:rPr>
  </w:style>
  <w:style w:type="character" w:styleId="af7">
    <w:name w:val="Emphasis"/>
    <w:basedOn w:val="a2"/>
    <w:uiPriority w:val="20"/>
    <w:qFormat/>
    <w:rsid w:val="00421371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42137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421371"/>
    <w:rPr>
      <w:rFonts w:eastAsiaTheme="minorEastAsia"/>
      <w:b/>
      <w:bCs/>
      <w:i/>
      <w:iCs/>
      <w:color w:val="5B9BD5" w:themeColor="accent1"/>
      <w:lang w:val="en-US"/>
    </w:rPr>
  </w:style>
  <w:style w:type="character" w:styleId="afa">
    <w:name w:val="Subtle Emphasis"/>
    <w:basedOn w:val="a2"/>
    <w:uiPriority w:val="19"/>
    <w:qFormat/>
    <w:rsid w:val="00421371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421371"/>
    <w:rPr>
      <w:b/>
      <w:bCs/>
      <w:i/>
      <w:iCs/>
      <w:color w:val="5B9BD5" w:themeColor="accent1"/>
    </w:rPr>
  </w:style>
  <w:style w:type="character" w:styleId="afc">
    <w:name w:val="Subtle Reference"/>
    <w:basedOn w:val="a2"/>
    <w:uiPriority w:val="31"/>
    <w:qFormat/>
    <w:rsid w:val="00421371"/>
    <w:rPr>
      <w:smallCaps/>
      <w:color w:val="ED7D31" w:themeColor="accent2"/>
      <w:u w:val="single"/>
    </w:rPr>
  </w:style>
  <w:style w:type="character" w:styleId="afd">
    <w:name w:val="Intense Reference"/>
    <w:basedOn w:val="a2"/>
    <w:uiPriority w:val="32"/>
    <w:qFormat/>
    <w:rsid w:val="00421371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421371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421371"/>
    <w:pPr>
      <w:outlineLvl w:val="9"/>
    </w:pPr>
  </w:style>
  <w:style w:type="table" w:styleId="aff0">
    <w:name w:val="Table Grid"/>
    <w:basedOn w:val="a3"/>
    <w:uiPriority w:val="59"/>
    <w:rsid w:val="00421371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421371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421371"/>
    <w:pPr>
      <w:spacing w:after="0" w:line="240" w:lineRule="auto"/>
    </w:pPr>
    <w:rPr>
      <w:rFonts w:eastAsiaTheme="minorEastAsia"/>
      <w:color w:val="2E74B5" w:themeColor="accent1" w:themeShade="BF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rsid w:val="00421371"/>
    <w:pPr>
      <w:spacing w:after="0" w:line="240" w:lineRule="auto"/>
    </w:pPr>
    <w:rPr>
      <w:rFonts w:eastAsiaTheme="minorEastAsia"/>
      <w:color w:val="C45911" w:themeColor="accent2" w:themeShade="BF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421371"/>
    <w:pPr>
      <w:spacing w:after="0" w:line="240" w:lineRule="auto"/>
    </w:pPr>
    <w:rPr>
      <w:rFonts w:eastAsiaTheme="minorEastAsia"/>
      <w:color w:val="7B7B7B" w:themeColor="accent3" w:themeShade="BF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421371"/>
    <w:pPr>
      <w:spacing w:after="0" w:line="240" w:lineRule="auto"/>
    </w:pPr>
    <w:rPr>
      <w:rFonts w:eastAsiaTheme="minorEastAsia"/>
      <w:color w:val="BF8F00" w:themeColor="accent4" w:themeShade="BF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421371"/>
    <w:pPr>
      <w:spacing w:after="0" w:line="240" w:lineRule="auto"/>
    </w:pPr>
    <w:rPr>
      <w:rFonts w:eastAsiaTheme="minorEastAsia"/>
      <w:color w:val="2F5496" w:themeColor="accent5" w:themeShade="BF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rsid w:val="00421371"/>
    <w:pPr>
      <w:spacing w:after="0" w:line="240" w:lineRule="auto"/>
    </w:pPr>
    <w:rPr>
      <w:rFonts w:eastAsiaTheme="minorEastAsia"/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2">
    <w:name w:val="Light List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3">
    <w:name w:val="Light Grid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1">
    <w:name w:val="Light Grid Accent 6"/>
    <w:basedOn w:val="a3"/>
    <w:uiPriority w:val="62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4213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rsid w:val="0042137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4">
    <w:name w:val="Dark List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rsid w:val="0042137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5">
    <w:name w:val="Colorful Shading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7">
    <w:name w:val="Colorful Grid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rsid w:val="0042137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21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21371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7587</Words>
  <Characters>43246</Characters>
  <Application>Microsoft Office Word</Application>
  <DocSecurity>0</DocSecurity>
  <Lines>360</Lines>
  <Paragraphs>101</Paragraphs>
  <ScaleCrop>false</ScaleCrop>
  <Company/>
  <LinksUpToDate>false</LinksUpToDate>
  <CharactersWithSpaces>50732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2023-06-15T04:17:00Z</dcterms:created>
  <dcterms:modified xsi:type="dcterms:W3CDTF">2023-06-16T05:20:00Z</dcterms:modified>
</cp:coreProperties>
</file>